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לוגית ומתמטית דרך חידות היגיון ואחוזים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היסק מרמזים עקיפים וזיהוי קשרים בין פרטי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ידע כללי על ישראל והעולם בתחומי גאוגרפיה, טבע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הצגת דרך פתרון מנומקת ולא רק תשובה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חידות היגיון וחשבון (חידה בקטנה) – הבנת מבנה החידה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במספר הרגליים הוא שמאפשר להרכיב שתי משוואות שונות ולמצוא פתרון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שני נעלמים (למשל פרות ותרנגולות), ולכן צריך שתי משוואות כדי למצוא פתרון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לכל יצור יש ראש אחד, ולכן סכום הראשים הוא x+y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חידות היגיון וחשבון (חידה בקטנה) – בניית ופתרון משוואות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חידות היגיון וחשבון (חידה בקטנה) – פתרון בשני משתנים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4x+2y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חידות אחוזים וחלקים מהחיים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אחוזים וחלקים מהחיים – יישום בחיי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אחוזים וחלקים מהחיים – חשיבה ופתרון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1: 200*0.7=140 שקל. שלב 2: 140*0.9=126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ההנחה השנייה מחושבת מהמחיר שכבר הוזל ולא מהמחיר המקורי, ולכן ההנחה הכוללת קטנה מ-40%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צודק: מוצר ב-100 שקל עולה ל-150, וירידה של 50% ממנו היא ל-75 שקל, ולא ל-100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לבדוק שהתלמיד הציג מצב ריאלי ושני שלבי חישוב נכונים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מה המשותף? ומה אני? – חשיבה אסוציאטיבית ולשונית – הכרת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האותיות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לשון וביטויים, גאוגרפיה וסביבה, מנהיגות וחברה, חוסן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 המשותף? ומה אני? – חשיבה אסוציאטיבית ולשונית – הכרת המשחקים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חידה יש אפשרות לרמז, הקראה בקול והסבר לאחר חשיפת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הרמזים מתארים או מתחברים למילה משותפת אחת שצריך לגלות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 המשותף? ומה אני? – חשיבה אסוציאטיבית ולשונית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 המשותף? ומה אני? – חשיבה אסוציאטיבית ולשונית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(לשון וביטויים)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(גאוגרפיה וסביבה)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(מנהיגות וחברה)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(חוסן וחשיבה)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טריוויה: ישראל והעולם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טריוויה: ישראל והעולם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הדגל כולל שני פסים כחולים ומגן דוד כחול במרכז.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הנילוס הוא דווקא הנהר הארוך ביותר באפריקה ובעולם.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טריוויה: ישראל והעולם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טריוויה: ישראל והעולם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(אגם מים מתוקים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(ים מלוח במיוחד שמאפשר לצוף)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(מדבר גדול בדרום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(הנהר הארוך בעולם, זורם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(ממנו מפיקים שמן ירוק-זהוב)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גלו את המקום וחדר בריחה – פתרון בעיות מדורג – זיהוי מקומות ועובדות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משבצות ריקות מתחת לתמונות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ספרה אחת לקוד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גלו את המקום וחדר בריחה – פתרון בעיות מדורג – התאמת רמזים למקומות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(הכנרת)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(ים המלח)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(הנגב)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(באר שבע)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גלו את המקום וחדר בריחה – פתרון בעיות מדורג – פתרון רב-שלבי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מצמצם את האפשרויות למילים באורך מתאים, וכך אפשר לשלול תשובות שאורכן אינו מתאים.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תשובות אפשריות מתאימות לרמז התמונה, ואז משווים את אורך כל אחת למספר המשבצות עד שנשארת אפשרות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קטע הסיפור, מזהים את הרמז המרכזי, מקשרים אותו לידע קודם כדי למצוא ספרה, ואז עוברים לשלב הבא.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הרמז צריך להתייחס למאפיין בולט של המקום (טבע, היסטוריה או מיקום) ולהיות ברור אך לא חד-משמעי מדי.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כלי העזר מאפשרים זמן מחשבה נוסף או מידע חלקי, ובכך עוזרים להתגבר על קושי ברמז מסוים מבלי לוותר על הפתרון.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ממגוון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מנהיגות וחברה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מפה היא ייצוג מוחשי וקבוע של מקומות, בעוד חלום הוא דימיוני וחולף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כי המלח והציפה מצביעים על ריכוז מלח גבוה, שמאפיין רק את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4 שלבים, כל אחד חושף ספרה לקוד המנעול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חשיבה והשוואה בין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שחידת ראשים ורגליים דורשת חשיבה לוגית-מתמטית מסודרת (בניית משוואות או ניסוי וטעייה שיטתי), בעוד 'מה המשותף' דורש חשיבה אסוציאטיבית-לשונית - חיפוש קשר מופשט בין רמזים שונים לכאורה.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שהרמז החדש עקבי בסגנונו לסוג החידה שנבחר (למשל רמזי תמונות למיקום, או תנאי מספרי לחידת היגיון) ושיש לו תשובה חד-משמעית.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חשוב שהתלמיד/ה יסביר/תסביר מהו סוג החשיבה שדרש מאמץ (זיכרון עובדתי, חישוב, הסקה אסוציאטיבית וכדומה) ויתן דוגמה קונקרטית מהאתר.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שלבי חישוב ברורים: הגדרת נעלמים, בניית משוואה או טבלה, ותשובה סופית מוסברת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חיבור הגיוני בין לפחות שניים-שלושה רמזים ולא ניחוש אקראי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מודעות עצמית לפערי ידע ספציפיים, לא תשובה כללית כמו 'ידעתי הכל' או 'לא ידעתי כלום'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קצרים: שיעור אחד לחידות היגיון ואחוזים, שיעור נפרד לטריוויה ולמה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 כתוב מראש או לפשט את מספרי החידה; למצטיינים אפשר להוסיף חידה נוספת ללא רמז כאתגר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ממשימות ההיגיון כדי לעודד הסבר הדדי של דרך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כל פרק בדיון קצר בכיתה על האסטרטגיה שהשתמשו בה התלמידים לפתרון, לא רק על התשובה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חמישה סוגי חידות: היגיון, אחוזים, מילה משותפת, טריוויה ומציאת מקומות. בכל שאלה כתבו איך הגעתם לתשובה. נסו לבד קודם, ואז תבדקו.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היגיון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שנפתרת בחשיבה ומסקנות, לא רק בזיכרון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מתמטי שמשווה בין שני צדדים ומשמש לפתרון בעיות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להביע חלק מתוך מאה, משמש לחישוב הנחות וחלוקות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לחלק מתוך שלם, כמו רבע או חצי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שמגיעים אליה מתוך רמזים או נתונים קיימים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שלא אומר את התשובה ישירות אלא מרמז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טריוויה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ידע כללי קצרות עם כמה אפשרויות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שמחברת בין כמה רמזים שונים לכאורה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דרך פתרון מודרכת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השלבים שהובילו לתשובה הסופית, שלב אחר שלב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חידות היגיון וחשבון (חידה בקטנה) – הבנת מבנה החידה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מסוג ראשים ורגליים יש תמיד שני סוגי יצורים עם מספר רגליים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לפתור חידת ראשים ורגליים מספיק משוואה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בחידה עם פרות ותרנגולות, מספר הראשים שווה למספר היצורים הכולל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חידות היגיון וחשבון (חידה בקטנה) – בניית ופתרון משוואות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בחידה עם 7 ראשים, המשוואה הראשונה היא x+y=__________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לפרה יש 4 רגליים ולתרנגולת __________ 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בחידה עם 7 ראשים ו-20 רגליים, המשוואה השנייה היא 4x+2y=__________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חידות היגיון וחשבון (חידה בקטנה) – פתרון בשני משתנים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פתרו: 7 ראשים, 20 רגליים - כמה 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ביטוי מתאר נכון את סכום הרגליים?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x+y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4x+2y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2x+4y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4x+4y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10 ראשים, 26 רגליים - כמה תרנגולות?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חידות אחוזים וחלקים מהחיים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עוגת יום הולדת חתוכה ל-12 חתיכות שוות. רבע מהעוגה הוא __________ חתיכות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השבר 1/4 שווה ל-__________ 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מוצר הוא 200 שקל ועליו הנחה של 10%. גובה ההנחה בשקלים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בכיתה 30 תלמידים, 40% מהם בנות. מספר הבנות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חידות אחוזים וחלקים מהחיים – יישום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החולצה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חתיכות אכלו?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עולה המוצר אחרי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אחוזים הוזל המוצר?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תלמידים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חידות אחוזים וחלקים מהחיים – חשיבה ופתרון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חנות מציעה הנחה של 30% ולאחריה הנחה נוספת של 10% על המחיר המוזל. מוצר שמחירו המקורי 200 שקל - חשבו את המחיר הסופי והציגו את שני שלבי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הנחה של 30% ולאחריה הנחה נוספת של 10% אינה שווה להנחה אחת של 40%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תלמיד טוען שאם מוצר עולה ב-50% ואז יורד ב-50% הוא חוזר למחירו המקורי. האם הוא צודק? נמקו בעזרת דוגמה מספרית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דוגמה מהחיים (קנייה, הנחה בחנות, חלוקת אוכל) שדורשת חישוב אחוזים בשני שלבים, ופתרו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מה המשותף? ומה אני? – חשיבה אסוציאטיבית ולשונית – הכרת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המשבצות מראות כמה...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הרמזים שיוצגו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האותיות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הקבוצות המשחקות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הנקודות שאפשר לצבור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אפשר לסנן חידות לפי: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ספורט, אוכל, מוזיקה,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וביטויים, גאוגרפיה וסביבה, מנהיגות וחברה, חוסן וחשיבה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היסטוריה, מדע, אמנות,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מתמטיקה, פיזיקה, כימיה, ביולוגיה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מה המשותף? ומה אני? – חשיבה אסוציאטיבית ולשונית – הכרת המשחקים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'מה אני?' אפשר לקבל רמז נוסף ולשמוע הסבר אחרי הניחוש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'מה המשותף?' כל רמז מתאר מילה אחרת, ואין קשר בין הרמזים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מה המשותף? ומה אני? – חשיבה אסוציאטיבית ולשונית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בחידת 'מה אני?' התשובה מתקבלת מתוך __________ עקיפים ולא מהגדרה ישירה וברורה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מה המשותף? ומה אני? – חשיבה אסוציאטיבית ולשונית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 העוסק במשמעות כפולה של מילה או בביטוי מוכר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גאוגרפיה וסביבה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 על הרים, נהרות, אקלים או שמורות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מנהיגות וחברה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 על אדם שמוביל קבוצה ומקבל החלטות משותפות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חוסן וחשיבה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על התמודדות עם קושי ועמידה באתגר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לשון וביטויים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טריוויה: ישראל והעולם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אגם בישראל מים מתוקים?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קל לצוף?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אותיות כמו ך ו-ם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טריוויה: ישראל והעולם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הוא הסמל שבמרכז דגל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נהר הנילוס נחשב לנהר הקצר ביותר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טריוויה: ישראל והעולם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ט״ו בשבט נחשב ל-__________ של האילנות בישראל, ונוהגים בו לנטוע 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ה-__________ נהוג לקרוא בבית הכנסת את מגילת אסתר.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טריוויה: ישראל והעולם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ממנו מפיקים שמן ירוק-זהוב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הנהר הארוך בעולם, זורם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אגם מים מתוקים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ים מלוח במיוחד שמאפשר לצוף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עץ הזית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מדבר גדול בדרום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גלו את המקום וחדר בריחה – פתרון בעיות מדורג – זיהוי מקומות ועובדות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מראה כמה אותיות יש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רמזים קוליים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משבצות ריקות מתחת לתמונות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ניקוד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טיימר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מקום זה - אגם מים מתוקים בצפון?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למדבר הגדול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מקבלים בכל שלב בחדר 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בונוס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ספרה אחת לקוד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 לשלב הקודם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גלו את המקום וחדר בריחה – פתרון בעיות מדורג – התאמת רמזים למקומות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💧 אגם, מים מתוקים, צפון הארץ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הנגב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🧂🛟 מלח רב, אפשר לצוף בקלות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🏜️ שטח נרחב בדרום, בין באר שבע לאילת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ים המלח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🏛️🕊️ עיר עם בניינים עתיקים וחשיבות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🧱⛰️ עיר בדרום הקשורה במילה "באר"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הכנרת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גלו את המקום וחדר בריחה – פתרון בעיות מדורג – פתרון רב-שלבי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מספר המשבצות (האותיות) הוא רמז מועיל, גם כשהתמונות אינן חד-משמעיות.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הייתם משלבים רמז תמונה לא ברור עם מספר האותיות כדי להגיע למקום הנכון –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בחדר בריחה בן 4 שלבים, כל שלב נותן ספרה לקוד. כתבו את הסדר ההגיוני לפתרון שלב אחד – מה בודקים קודם ואיך מגיעים לספרה?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רמז חזותי קצר (2-3 מילים או סמלים) למקום בישראל, בסגנון "גלו את המקום", כך שאפשר לנחש אותו בלי לראות את שמו.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הקשר בין כלי העזר במשחק (רמז, הקראה, ביטול טיימר) לבין פתרון מוצלח של חידה מורכבת?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 ממגוון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7 ראשים, 20 רגליים - כמה 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רבע מ-16 נאכל,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אחד הנושאים לסינון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מנהיגות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התשובה היא 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מפה היא ייצוג מוחשי וקבוע של מקומות, בעוד חלום הוא דימיוני וחולף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חלום הוא תמיד על 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מפה אף פעם לא מכילה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הבדל, שתי התשובות נכונות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מספר האותיות הסופיות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הנהר הארוך ביותר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הרמזים מתאימים לים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המלח והציפה מצביעים על ריכוז מלח גבוה, שמאפיין רק את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שני המקומות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הכנרת גם היא מלוחה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מדבר מופיע רק ליד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מספר השלבים בחדר בריחה ומטרתם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שלבים, כל אחד נותן רמז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שלבים, כל אחד חושף ספרה לקוד המנעול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שלבים ללא קשר לקוד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שלבים עם תשובה אחת משותפת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חשיבה והשוואה בין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סוג החשיבה הנדרש בחידת 'ראשים ורגליים' (חידה בקטנה) לבין החשיבה הנדרשת במשחק 'מה המשותף'.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מסוגי החידות באתר (חידת היגיון, אחוזים, 'מה אני' או 'גלו את המקום') ותארו כיצד הייתם בונים רמז אחד חדש בסגנון דומה, כולל שאלה ותשובה.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מבין סוגי החידות באתר (היגיון, אחוזים, מה המשותף, טריוויה, גלו את המקום) מצאתם הכי מאתגר, ולמה דווקא הוא דרש מכם מאמץ רב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להסביר בכתב את דרך הפתרון שלי בחידות ההיגיון והאחוזים, ולא רק לנחש 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לזהות רמזים עקיפים ולחבר ביניהם למסקנה אחת במשימות 'מה המשותף' ו'מה אני'?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משאלות הטריוויה על ישראל והעולם ידעתי לענות עליהן בביטחון, ובאילו נושאים כדאי לי לחזק ידע?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וטריוויה: משחקי 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